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C69BA" w14:textId="77777777" w:rsidR="0090518E" w:rsidRDefault="00000000">
      <w:pPr>
        <w:pStyle w:val="Titolo1"/>
        <w:jc w:val="center"/>
      </w:pPr>
      <w:r>
        <w:t>SCHEDA DI ISCRIZIONE</w:t>
      </w:r>
    </w:p>
    <w:p w14:paraId="71C0DB1C" w14:textId="77777777" w:rsidR="0090518E" w:rsidRDefault="00000000">
      <w:pPr>
        <w:jc w:val="center"/>
      </w:pPr>
      <w:r>
        <w:rPr>
          <w:b/>
        </w:rPr>
        <w:t>GIORNATA AMBIENTALE "ACQUA E FLORA"</w:t>
      </w:r>
      <w:r>
        <w:rPr>
          <w:b/>
        </w:rPr>
        <w:br/>
      </w:r>
      <w:r>
        <w:t>Interclub Rotary della Provincia di Chieti</w:t>
      </w:r>
      <w:r>
        <w:br/>
        <w:t>Piana delle Mele (Guardiagrele) – Domenica 6 settembre 2026</w:t>
      </w:r>
    </w:p>
    <w:p w14:paraId="0EA2B983" w14:textId="0F9FF483" w:rsidR="0090518E" w:rsidRDefault="00000000" w:rsidP="00C90FB3">
      <w:pPr>
        <w:pStyle w:val="Titolo2"/>
        <w:ind w:right="-432"/>
      </w:pPr>
      <w:r>
        <w:t>Dati del partecipante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708"/>
        <w:gridCol w:w="5598"/>
      </w:tblGrid>
      <w:tr w:rsidR="0090518E" w14:paraId="2ACDF0F8" w14:textId="77777777">
        <w:trPr>
          <w:jc w:val="center"/>
        </w:trPr>
        <w:tc>
          <w:tcPr>
            <w:tcW w:w="4320" w:type="dxa"/>
          </w:tcPr>
          <w:p w14:paraId="13B37F47" w14:textId="77777777" w:rsidR="0090518E" w:rsidRDefault="00000000" w:rsidP="00B74DAF">
            <w:pPr>
              <w:spacing w:after="120" w:line="240" w:lineRule="auto"/>
              <w:ind w:right="-431"/>
            </w:pPr>
            <w:r>
              <w:t>Nome e Cognome</w:t>
            </w:r>
          </w:p>
        </w:tc>
        <w:tc>
          <w:tcPr>
            <w:tcW w:w="4320" w:type="dxa"/>
          </w:tcPr>
          <w:p w14:paraId="68269278" w14:textId="1EE2806B" w:rsidR="0090518E" w:rsidRDefault="00000000" w:rsidP="00B74DAF">
            <w:pPr>
              <w:spacing w:after="120" w:line="240" w:lineRule="auto"/>
              <w:ind w:right="-431"/>
            </w:pPr>
            <w:r>
              <w:t>_________________________________</w:t>
            </w:r>
            <w:r w:rsidR="00C90FB3">
              <w:t>____________________</w:t>
            </w:r>
            <w:r>
              <w:t>_________</w:t>
            </w:r>
          </w:p>
        </w:tc>
      </w:tr>
      <w:tr w:rsidR="0090518E" w14:paraId="62FFA037" w14:textId="77777777">
        <w:trPr>
          <w:jc w:val="center"/>
        </w:trPr>
        <w:tc>
          <w:tcPr>
            <w:tcW w:w="4320" w:type="dxa"/>
          </w:tcPr>
          <w:p w14:paraId="39A218BC" w14:textId="18722673" w:rsidR="0090518E" w:rsidRDefault="00000000" w:rsidP="00B74DAF">
            <w:pPr>
              <w:spacing w:after="120" w:line="240" w:lineRule="auto"/>
              <w:ind w:right="-431"/>
            </w:pPr>
            <w:r>
              <w:t>Ci</w:t>
            </w:r>
            <w:r w:rsidR="00C90FB3">
              <w:t>t</w:t>
            </w:r>
            <w:r>
              <w:t>tà di residenza</w:t>
            </w:r>
          </w:p>
        </w:tc>
        <w:tc>
          <w:tcPr>
            <w:tcW w:w="4320" w:type="dxa"/>
          </w:tcPr>
          <w:p w14:paraId="1A9BB872" w14:textId="7E64B5E7" w:rsidR="0090518E" w:rsidRDefault="00000000" w:rsidP="00B74DAF">
            <w:pPr>
              <w:spacing w:after="120" w:line="240" w:lineRule="auto"/>
              <w:ind w:right="-431"/>
            </w:pPr>
            <w:r>
              <w:t>__________________________________</w:t>
            </w:r>
            <w:r w:rsidR="00C90FB3">
              <w:t>____________________</w:t>
            </w:r>
            <w:r>
              <w:t>________</w:t>
            </w:r>
          </w:p>
        </w:tc>
      </w:tr>
      <w:tr w:rsidR="0090518E" w14:paraId="291AAE3B" w14:textId="77777777">
        <w:trPr>
          <w:jc w:val="center"/>
        </w:trPr>
        <w:tc>
          <w:tcPr>
            <w:tcW w:w="4320" w:type="dxa"/>
          </w:tcPr>
          <w:p w14:paraId="03B23DAB" w14:textId="77777777" w:rsidR="0090518E" w:rsidRDefault="00000000" w:rsidP="00B74DAF">
            <w:pPr>
              <w:spacing w:after="120" w:line="240" w:lineRule="auto"/>
              <w:ind w:right="-431"/>
            </w:pPr>
            <w:r>
              <w:t>Via/Piazza e n.</w:t>
            </w:r>
          </w:p>
        </w:tc>
        <w:tc>
          <w:tcPr>
            <w:tcW w:w="4320" w:type="dxa"/>
          </w:tcPr>
          <w:p w14:paraId="67F47ADF" w14:textId="09EED895" w:rsidR="0090518E" w:rsidRDefault="00000000" w:rsidP="00B74DAF">
            <w:pPr>
              <w:spacing w:after="120" w:line="240" w:lineRule="auto"/>
              <w:ind w:right="-431"/>
            </w:pPr>
            <w:r>
              <w:t>_________________________</w:t>
            </w:r>
            <w:r w:rsidR="00C90FB3">
              <w:t>____________________</w:t>
            </w:r>
            <w:r>
              <w:t>_________________</w:t>
            </w:r>
          </w:p>
        </w:tc>
      </w:tr>
      <w:tr w:rsidR="0090518E" w14:paraId="7C3C3D31" w14:textId="77777777">
        <w:trPr>
          <w:jc w:val="center"/>
        </w:trPr>
        <w:tc>
          <w:tcPr>
            <w:tcW w:w="4320" w:type="dxa"/>
          </w:tcPr>
          <w:p w14:paraId="7F9AD284" w14:textId="77777777" w:rsidR="0090518E" w:rsidRDefault="00000000" w:rsidP="00B74DAF">
            <w:pPr>
              <w:spacing w:after="120" w:line="240" w:lineRule="auto"/>
              <w:ind w:right="-431"/>
            </w:pPr>
            <w:r>
              <w:t>Cellulare</w:t>
            </w:r>
          </w:p>
        </w:tc>
        <w:tc>
          <w:tcPr>
            <w:tcW w:w="4320" w:type="dxa"/>
          </w:tcPr>
          <w:p w14:paraId="718AFDEC" w14:textId="5DF0B31E" w:rsidR="0090518E" w:rsidRDefault="00000000" w:rsidP="00B74DAF">
            <w:pPr>
              <w:spacing w:after="120" w:line="240" w:lineRule="auto"/>
              <w:ind w:right="-431"/>
            </w:pPr>
            <w:r>
              <w:t>_____________________________</w:t>
            </w:r>
            <w:r w:rsidR="00C90FB3">
              <w:t>____________________</w:t>
            </w:r>
            <w:r>
              <w:t>_____________</w:t>
            </w:r>
          </w:p>
        </w:tc>
      </w:tr>
      <w:tr w:rsidR="0090518E" w14:paraId="541EADB0" w14:textId="77777777">
        <w:trPr>
          <w:jc w:val="center"/>
        </w:trPr>
        <w:tc>
          <w:tcPr>
            <w:tcW w:w="4320" w:type="dxa"/>
          </w:tcPr>
          <w:p w14:paraId="2E0487C0" w14:textId="77777777" w:rsidR="0090518E" w:rsidRDefault="00000000" w:rsidP="00B74DAF">
            <w:pPr>
              <w:spacing w:after="120" w:line="240" w:lineRule="auto"/>
              <w:ind w:right="-431"/>
            </w:pPr>
            <w:r>
              <w:t>E-mail</w:t>
            </w:r>
          </w:p>
        </w:tc>
        <w:tc>
          <w:tcPr>
            <w:tcW w:w="4320" w:type="dxa"/>
          </w:tcPr>
          <w:p w14:paraId="7ED88978" w14:textId="3703983B" w:rsidR="0090518E" w:rsidRDefault="00000000" w:rsidP="00B74DAF">
            <w:pPr>
              <w:spacing w:after="120" w:line="240" w:lineRule="auto"/>
              <w:ind w:right="-431"/>
            </w:pPr>
            <w:r>
              <w:t>_______________________________</w:t>
            </w:r>
            <w:r w:rsidR="00C90FB3">
              <w:t>____________________</w:t>
            </w:r>
            <w:r>
              <w:t>___________</w:t>
            </w:r>
          </w:p>
        </w:tc>
      </w:tr>
      <w:tr w:rsidR="0090518E" w14:paraId="30867BE1" w14:textId="77777777">
        <w:trPr>
          <w:jc w:val="center"/>
        </w:trPr>
        <w:tc>
          <w:tcPr>
            <w:tcW w:w="4320" w:type="dxa"/>
          </w:tcPr>
          <w:p w14:paraId="37FA24C3" w14:textId="77777777" w:rsidR="0090518E" w:rsidRDefault="00000000" w:rsidP="00B74DAF">
            <w:pPr>
              <w:spacing w:after="120" w:line="240" w:lineRule="auto"/>
              <w:ind w:right="-431"/>
            </w:pPr>
            <w:r>
              <w:t>Club Rotary / Inner Wheel</w:t>
            </w:r>
          </w:p>
        </w:tc>
        <w:tc>
          <w:tcPr>
            <w:tcW w:w="4320" w:type="dxa"/>
          </w:tcPr>
          <w:p w14:paraId="12610EEE" w14:textId="052C1254" w:rsidR="0090518E" w:rsidRDefault="00000000" w:rsidP="00B74DAF">
            <w:pPr>
              <w:spacing w:after="120" w:line="240" w:lineRule="auto"/>
              <w:ind w:right="-431"/>
            </w:pPr>
            <w:r>
              <w:t>____________________________________</w:t>
            </w:r>
            <w:r w:rsidR="00C90FB3">
              <w:t>________________________</w:t>
            </w:r>
            <w:r>
              <w:t>______</w:t>
            </w:r>
          </w:p>
        </w:tc>
      </w:tr>
    </w:tbl>
    <w:p w14:paraId="324B4227" w14:textId="77777777" w:rsidR="0090518E" w:rsidRDefault="00000000" w:rsidP="00C90FB3">
      <w:pPr>
        <w:pStyle w:val="Titolo2"/>
        <w:ind w:right="-432"/>
      </w:pPr>
      <w:r>
        <w:t>Ospiti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07"/>
        <w:gridCol w:w="2506"/>
        <w:gridCol w:w="4293"/>
      </w:tblGrid>
      <w:tr w:rsidR="0090518E" w14:paraId="3E713E5A" w14:textId="77777777">
        <w:tc>
          <w:tcPr>
            <w:tcW w:w="2880" w:type="dxa"/>
          </w:tcPr>
          <w:p w14:paraId="0C359CBA" w14:textId="77777777" w:rsidR="0090518E" w:rsidRDefault="00000000" w:rsidP="00B74DAF">
            <w:pPr>
              <w:spacing w:after="120" w:line="240" w:lineRule="auto"/>
              <w:ind w:right="-431"/>
            </w:pPr>
            <w:r>
              <w:t>Nome e Cognome</w:t>
            </w:r>
          </w:p>
        </w:tc>
        <w:tc>
          <w:tcPr>
            <w:tcW w:w="2880" w:type="dxa"/>
          </w:tcPr>
          <w:p w14:paraId="7FCA34C7" w14:textId="77777777" w:rsidR="0090518E" w:rsidRDefault="00000000" w:rsidP="00B74DAF">
            <w:pPr>
              <w:spacing w:after="120" w:line="240" w:lineRule="auto"/>
              <w:ind w:right="-431"/>
            </w:pPr>
            <w:r>
              <w:t>Città</w:t>
            </w:r>
          </w:p>
        </w:tc>
        <w:tc>
          <w:tcPr>
            <w:tcW w:w="2880" w:type="dxa"/>
          </w:tcPr>
          <w:p w14:paraId="0B57B2C1" w14:textId="77777777" w:rsidR="0090518E" w:rsidRDefault="00000000" w:rsidP="00B74DAF">
            <w:pPr>
              <w:spacing w:after="120" w:line="240" w:lineRule="auto"/>
              <w:ind w:right="-431"/>
            </w:pPr>
            <w:r>
              <w:t>Via/Piazza</w:t>
            </w:r>
          </w:p>
        </w:tc>
      </w:tr>
      <w:tr w:rsidR="0090518E" w14:paraId="738EF29F" w14:textId="77777777">
        <w:tc>
          <w:tcPr>
            <w:tcW w:w="2880" w:type="dxa"/>
          </w:tcPr>
          <w:p w14:paraId="1971CAEE" w14:textId="77777777" w:rsidR="0090518E" w:rsidRDefault="00000000" w:rsidP="00B74DAF">
            <w:pPr>
              <w:spacing w:after="120" w:line="240" w:lineRule="auto"/>
              <w:ind w:right="-431"/>
            </w:pPr>
            <w:r>
              <w:t>________________</w:t>
            </w:r>
          </w:p>
        </w:tc>
        <w:tc>
          <w:tcPr>
            <w:tcW w:w="2880" w:type="dxa"/>
          </w:tcPr>
          <w:p w14:paraId="3D82C3D5" w14:textId="77777777" w:rsidR="0090518E" w:rsidRDefault="00000000" w:rsidP="00B74DAF">
            <w:pPr>
              <w:spacing w:after="120" w:line="240" w:lineRule="auto"/>
              <w:ind w:right="-431"/>
            </w:pPr>
            <w:r>
              <w:t>________________</w:t>
            </w:r>
          </w:p>
        </w:tc>
        <w:tc>
          <w:tcPr>
            <w:tcW w:w="2880" w:type="dxa"/>
          </w:tcPr>
          <w:p w14:paraId="5C9FA522" w14:textId="1892752A" w:rsidR="0090518E" w:rsidRDefault="00000000" w:rsidP="00B74DAF">
            <w:pPr>
              <w:spacing w:after="120" w:line="240" w:lineRule="auto"/>
              <w:ind w:right="-431"/>
            </w:pPr>
            <w:r>
              <w:t>___________</w:t>
            </w:r>
            <w:r w:rsidR="00C90FB3">
              <w:t>_____________</w:t>
            </w:r>
            <w:r>
              <w:t>____</w:t>
            </w:r>
            <w:r w:rsidR="00C90FB3">
              <w:t>_________________</w:t>
            </w:r>
            <w:r>
              <w:t>_</w:t>
            </w:r>
          </w:p>
        </w:tc>
      </w:tr>
      <w:tr w:rsidR="0090518E" w14:paraId="6171CEB7" w14:textId="77777777">
        <w:tc>
          <w:tcPr>
            <w:tcW w:w="2880" w:type="dxa"/>
          </w:tcPr>
          <w:p w14:paraId="4DFEC5D5" w14:textId="77777777" w:rsidR="0090518E" w:rsidRDefault="00000000" w:rsidP="00B74DAF">
            <w:pPr>
              <w:spacing w:after="120" w:line="240" w:lineRule="auto"/>
              <w:ind w:right="-431"/>
            </w:pPr>
            <w:r>
              <w:t>________________</w:t>
            </w:r>
          </w:p>
        </w:tc>
        <w:tc>
          <w:tcPr>
            <w:tcW w:w="2880" w:type="dxa"/>
          </w:tcPr>
          <w:p w14:paraId="41F850D3" w14:textId="77777777" w:rsidR="0090518E" w:rsidRDefault="00000000" w:rsidP="00B74DAF">
            <w:pPr>
              <w:spacing w:after="120" w:line="240" w:lineRule="auto"/>
              <w:ind w:right="-431"/>
            </w:pPr>
            <w:r>
              <w:t>________________</w:t>
            </w:r>
          </w:p>
        </w:tc>
        <w:tc>
          <w:tcPr>
            <w:tcW w:w="2880" w:type="dxa"/>
          </w:tcPr>
          <w:p w14:paraId="6E417D53" w14:textId="0F4FEE68" w:rsidR="0090518E" w:rsidRDefault="00000000" w:rsidP="00B74DAF">
            <w:pPr>
              <w:spacing w:after="120" w:line="240" w:lineRule="auto"/>
              <w:ind w:right="-431"/>
            </w:pPr>
            <w:r>
              <w:t>________________</w:t>
            </w:r>
            <w:r w:rsidR="00C90FB3">
              <w:t>__________________________________</w:t>
            </w:r>
          </w:p>
        </w:tc>
      </w:tr>
    </w:tbl>
    <w:p w14:paraId="66141C2B" w14:textId="77777777" w:rsidR="0090518E" w:rsidRDefault="00000000" w:rsidP="00C90FB3">
      <w:pPr>
        <w:pStyle w:val="Titolo2"/>
        <w:ind w:right="-432"/>
      </w:pPr>
      <w:r>
        <w:t>Quota di partecipazione</w:t>
      </w:r>
    </w:p>
    <w:p w14:paraId="2C8987B9" w14:textId="48F789AF" w:rsidR="0090518E" w:rsidRDefault="00000000" w:rsidP="00C90FB3">
      <w:pPr>
        <w:ind w:right="-432"/>
      </w:pPr>
      <w:r>
        <w:t>Quota individuale: € 30,00</w:t>
      </w:r>
      <w:r w:rsidR="00B74DAF">
        <w:t xml:space="preserve">      </w:t>
      </w:r>
      <w:r>
        <w:t>☐ Contanti    ☐ Bonifico</w:t>
      </w:r>
      <w:r w:rsidR="00B74DAF">
        <w:t xml:space="preserve">        N. partecipanti _____ x €/30 cad = € ________</w:t>
      </w:r>
    </w:p>
    <w:p w14:paraId="33287F7A" w14:textId="77777777" w:rsidR="0090518E" w:rsidRDefault="00000000" w:rsidP="00C90FB3">
      <w:pPr>
        <w:pStyle w:val="Titolo2"/>
        <w:ind w:right="-432"/>
      </w:pPr>
      <w:r>
        <w:t>Intolleranze alimentari</w:t>
      </w:r>
    </w:p>
    <w:p w14:paraId="33AF38CC" w14:textId="4D0DBEB3" w:rsidR="0090518E" w:rsidRDefault="00000000" w:rsidP="00C90FB3">
      <w:pPr>
        <w:ind w:right="-432"/>
      </w:pPr>
      <w:r>
        <w:t>_____________________________________________________________</w:t>
      </w:r>
      <w:r w:rsidR="00C90FB3">
        <w:t>______________________________________________________</w:t>
      </w:r>
      <w:r>
        <w:t>_</w:t>
      </w:r>
    </w:p>
    <w:p w14:paraId="6422BCE7" w14:textId="77777777" w:rsidR="0090518E" w:rsidRDefault="00000000" w:rsidP="00C90FB3">
      <w:pPr>
        <w:pStyle w:val="Titolo2"/>
        <w:ind w:right="-432"/>
      </w:pPr>
      <w:r>
        <w:t>Dichiarazioni</w:t>
      </w:r>
    </w:p>
    <w:p w14:paraId="23B5DF1C" w14:textId="77777777" w:rsidR="0090518E" w:rsidRDefault="00000000" w:rsidP="00B74DAF">
      <w:pPr>
        <w:pStyle w:val="Puntoelenco"/>
        <w:ind w:left="426" w:right="-432"/>
      </w:pPr>
      <w:r>
        <w:t>☐ Dichiaro di partecipare volontariamente alla manifestazione.</w:t>
      </w:r>
    </w:p>
    <w:p w14:paraId="133CEBF3" w14:textId="77777777" w:rsidR="0090518E" w:rsidRDefault="00000000" w:rsidP="00B74DAF">
      <w:pPr>
        <w:pStyle w:val="Puntoelenco"/>
        <w:ind w:left="426" w:right="-432"/>
      </w:pPr>
      <w:r>
        <w:t>☐ Acconsento al trattamento dei dati personali (GDPR).</w:t>
      </w:r>
    </w:p>
    <w:p w14:paraId="2334744A" w14:textId="77777777" w:rsidR="0090518E" w:rsidRDefault="00000000" w:rsidP="00B74DAF">
      <w:pPr>
        <w:pStyle w:val="Puntoelenco"/>
        <w:ind w:left="426" w:right="-432"/>
      </w:pPr>
      <w:r>
        <w:t>☐ Acconsento all'utilizzo di fotografie e riprese video per finalità istituzionali.</w:t>
      </w:r>
    </w:p>
    <w:p w14:paraId="2E5DF866" w14:textId="77777777" w:rsidR="0090518E" w:rsidRDefault="00000000" w:rsidP="00B74DAF">
      <w:pPr>
        <w:pStyle w:val="Puntoelenco"/>
        <w:ind w:left="426" w:right="-432"/>
      </w:pPr>
      <w:r>
        <w:t>☐ Dichiaro di assumermi la responsabilità della mia partecipazione all'escursione.</w:t>
      </w:r>
    </w:p>
    <w:p w14:paraId="720E0C74" w14:textId="191C1358" w:rsidR="0090518E" w:rsidRDefault="00000000" w:rsidP="00C90FB3">
      <w:pPr>
        <w:ind w:right="-432"/>
      </w:pPr>
      <w:r>
        <w:t>Luogo ______________________   Data ____/____/2026</w:t>
      </w:r>
      <w:r w:rsidR="00C90FB3">
        <w:t xml:space="preserve">    </w:t>
      </w:r>
      <w:r>
        <w:t>Firma __________________________________________</w:t>
      </w:r>
    </w:p>
    <w:p w14:paraId="2000BE92" w14:textId="77777777" w:rsidR="0090518E" w:rsidRDefault="00000000" w:rsidP="00C90FB3">
      <w:pPr>
        <w:ind w:right="-432"/>
      </w:pPr>
      <w:r>
        <w:rPr>
          <w:b/>
        </w:rPr>
        <w:t>Le prenotazioni dovranno essere trasmesse ai Presidenti dei Club di appartenenza entro e non oltre il 20 agosto 2026.</w:t>
      </w:r>
    </w:p>
    <w:p w14:paraId="579BA767" w14:textId="77777777" w:rsidR="0090518E" w:rsidRDefault="00000000" w:rsidP="00C90FB3">
      <w:pPr>
        <w:pStyle w:val="Titolo2"/>
        <w:ind w:right="-432"/>
      </w:pPr>
      <w:r>
        <w:t>RISERVATO AL CLUB DI APPARTENENZA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90518E" w14:paraId="5F00430D" w14:textId="77777777">
        <w:tc>
          <w:tcPr>
            <w:tcW w:w="4320" w:type="dxa"/>
          </w:tcPr>
          <w:p w14:paraId="0971F562" w14:textId="77777777" w:rsidR="0090518E" w:rsidRDefault="00000000" w:rsidP="00B74DAF">
            <w:pPr>
              <w:spacing w:after="120" w:line="240" w:lineRule="auto"/>
              <w:ind w:right="-431"/>
            </w:pPr>
            <w:r>
              <w:t>Club</w:t>
            </w:r>
          </w:p>
        </w:tc>
        <w:tc>
          <w:tcPr>
            <w:tcW w:w="4320" w:type="dxa"/>
          </w:tcPr>
          <w:p w14:paraId="73DF77B5" w14:textId="4B8AB470" w:rsidR="0090518E" w:rsidRDefault="00E5525D" w:rsidP="00B74DAF">
            <w:pPr>
              <w:spacing w:after="120" w:line="240" w:lineRule="auto"/>
              <w:ind w:right="-431"/>
            </w:pPr>
            <w:r>
              <w:t>Rotary Chieti</w:t>
            </w:r>
          </w:p>
        </w:tc>
      </w:tr>
      <w:tr w:rsidR="0090518E" w14:paraId="501579B4" w14:textId="77777777">
        <w:tc>
          <w:tcPr>
            <w:tcW w:w="4320" w:type="dxa"/>
          </w:tcPr>
          <w:p w14:paraId="281943EF" w14:textId="77777777" w:rsidR="0090518E" w:rsidRDefault="00000000" w:rsidP="00B74DAF">
            <w:pPr>
              <w:spacing w:after="120" w:line="240" w:lineRule="auto"/>
              <w:ind w:right="-431"/>
            </w:pPr>
            <w:r>
              <w:t>Data ricezione iscrizione</w:t>
            </w:r>
          </w:p>
        </w:tc>
        <w:tc>
          <w:tcPr>
            <w:tcW w:w="4320" w:type="dxa"/>
          </w:tcPr>
          <w:p w14:paraId="6C4FE51D" w14:textId="77777777" w:rsidR="0090518E" w:rsidRDefault="00000000" w:rsidP="00B74DAF">
            <w:pPr>
              <w:spacing w:after="120" w:line="240" w:lineRule="auto"/>
              <w:ind w:right="-431"/>
            </w:pPr>
            <w:r>
              <w:t>________________________</w:t>
            </w:r>
          </w:p>
        </w:tc>
      </w:tr>
      <w:tr w:rsidR="0090518E" w14:paraId="4976F2CA" w14:textId="77777777">
        <w:tc>
          <w:tcPr>
            <w:tcW w:w="4320" w:type="dxa"/>
          </w:tcPr>
          <w:p w14:paraId="62EAC515" w14:textId="77777777" w:rsidR="0090518E" w:rsidRDefault="00000000" w:rsidP="00B74DAF">
            <w:pPr>
              <w:spacing w:after="120" w:line="240" w:lineRule="auto"/>
              <w:ind w:right="-431"/>
            </w:pPr>
            <w:r>
              <w:t>Quota ricevuta</w:t>
            </w:r>
          </w:p>
        </w:tc>
        <w:tc>
          <w:tcPr>
            <w:tcW w:w="4320" w:type="dxa"/>
          </w:tcPr>
          <w:p w14:paraId="63979689" w14:textId="77777777" w:rsidR="0090518E" w:rsidRDefault="00000000" w:rsidP="00B74DAF">
            <w:pPr>
              <w:spacing w:after="120" w:line="240" w:lineRule="auto"/>
              <w:ind w:right="-431"/>
            </w:pPr>
            <w:r>
              <w:t>☐ Contanti    ☐ Bonifico</w:t>
            </w:r>
          </w:p>
        </w:tc>
      </w:tr>
      <w:tr w:rsidR="0090518E" w14:paraId="0E15ADA2" w14:textId="77777777">
        <w:tc>
          <w:tcPr>
            <w:tcW w:w="4320" w:type="dxa"/>
          </w:tcPr>
          <w:p w14:paraId="734D143C" w14:textId="77777777" w:rsidR="0090518E" w:rsidRDefault="00000000" w:rsidP="00B74DAF">
            <w:pPr>
              <w:spacing w:after="120" w:line="240" w:lineRule="auto"/>
              <w:ind w:right="-431"/>
            </w:pPr>
            <w:r>
              <w:t>Importo</w:t>
            </w:r>
          </w:p>
        </w:tc>
        <w:tc>
          <w:tcPr>
            <w:tcW w:w="4320" w:type="dxa"/>
          </w:tcPr>
          <w:p w14:paraId="6F0E2E5E" w14:textId="77777777" w:rsidR="0090518E" w:rsidRDefault="00000000" w:rsidP="00B74DAF">
            <w:pPr>
              <w:spacing w:after="120" w:line="240" w:lineRule="auto"/>
              <w:ind w:right="-431"/>
            </w:pPr>
            <w:r>
              <w:t>€ ________________</w:t>
            </w:r>
          </w:p>
        </w:tc>
      </w:tr>
      <w:tr w:rsidR="0090518E" w14:paraId="707C801D" w14:textId="77777777">
        <w:tc>
          <w:tcPr>
            <w:tcW w:w="4320" w:type="dxa"/>
          </w:tcPr>
          <w:p w14:paraId="70B2DF77" w14:textId="1CC04FED" w:rsidR="0090518E" w:rsidRDefault="00000000" w:rsidP="00B74DAF">
            <w:pPr>
              <w:spacing w:after="120" w:line="240" w:lineRule="auto"/>
              <w:ind w:right="-431"/>
            </w:pPr>
            <w:r>
              <w:t xml:space="preserve">Firma </w:t>
            </w:r>
            <w:r w:rsidR="00C90FB3">
              <w:t>Presidente/</w:t>
            </w:r>
            <w:r>
              <w:t>Tesoriere / Segretario</w:t>
            </w:r>
          </w:p>
        </w:tc>
        <w:tc>
          <w:tcPr>
            <w:tcW w:w="4320" w:type="dxa"/>
          </w:tcPr>
          <w:p w14:paraId="1933BA3D" w14:textId="77777777" w:rsidR="0090518E" w:rsidRDefault="00000000" w:rsidP="00B74DAF">
            <w:pPr>
              <w:spacing w:after="120" w:line="240" w:lineRule="auto"/>
              <w:ind w:right="-431"/>
            </w:pPr>
            <w:r>
              <w:t>________________________</w:t>
            </w:r>
          </w:p>
        </w:tc>
      </w:tr>
    </w:tbl>
    <w:p w14:paraId="3D17BE42" w14:textId="77777777" w:rsidR="00C90FB3" w:rsidRDefault="00000000" w:rsidP="00C90FB3">
      <w:pPr>
        <w:spacing w:after="0"/>
        <w:ind w:right="-432"/>
        <w:rPr>
          <w:sz w:val="20"/>
          <w:szCs w:val="20"/>
        </w:rPr>
      </w:pPr>
      <w:r>
        <w:br/>
      </w:r>
      <w:r w:rsidRPr="00C90FB3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>Segreteria organizzativa</w:t>
      </w:r>
      <w:r w:rsidR="00C90FB3" w:rsidRPr="00C90FB3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>:</w:t>
      </w:r>
    </w:p>
    <w:p w14:paraId="734BBD16" w14:textId="6936144A" w:rsidR="0090518E" w:rsidRPr="00B74DAF" w:rsidRDefault="00000000" w:rsidP="00C90FB3">
      <w:pPr>
        <w:ind w:right="-432"/>
      </w:pPr>
      <w:r w:rsidRPr="00B74DAF">
        <w:t>Giovanni Masciarelli</w:t>
      </w:r>
      <w:r w:rsidR="00C90FB3" w:rsidRPr="00B74DAF">
        <w:t xml:space="preserve"> -</w:t>
      </w:r>
      <w:r w:rsidRPr="00B74DAF">
        <w:t>Cell. 388 4048188</w:t>
      </w:r>
      <w:r w:rsidR="00C90FB3" w:rsidRPr="00B74DAF">
        <w:t xml:space="preserve"> </w:t>
      </w:r>
      <w:r w:rsidR="00DA2FED">
        <w:t>m</w:t>
      </w:r>
      <w:r w:rsidR="00C90FB3" w:rsidRPr="00B74DAF">
        <w:t>ai</w:t>
      </w:r>
      <w:r w:rsidR="00DA2FED">
        <w:t>l</w:t>
      </w:r>
      <w:r w:rsidR="00C90FB3" w:rsidRPr="00B74DAF">
        <w:t xml:space="preserve">: </w:t>
      </w:r>
      <w:hyperlink r:id="rId6" w:history="1">
        <w:r w:rsidR="00DA2FED" w:rsidRPr="007A1D03">
          <w:rPr>
            <w:rStyle w:val="Collegamentoipertestuale"/>
          </w:rPr>
          <w:t>rotarychieti1954@gmail.com</w:t>
        </w:r>
      </w:hyperlink>
      <w:r w:rsidR="00DA2FED">
        <w:t xml:space="preserve"> </w:t>
      </w:r>
    </w:p>
    <w:sectPr w:rsidR="0090518E" w:rsidRPr="00B74DAF" w:rsidSect="00B74DAF">
      <w:pgSz w:w="12240" w:h="15840"/>
      <w:pgMar w:top="284" w:right="1800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70652603">
    <w:abstractNumId w:val="8"/>
  </w:num>
  <w:num w:numId="2" w16cid:durableId="1310331074">
    <w:abstractNumId w:val="6"/>
  </w:num>
  <w:num w:numId="3" w16cid:durableId="566261180">
    <w:abstractNumId w:val="5"/>
  </w:num>
  <w:num w:numId="4" w16cid:durableId="1329753215">
    <w:abstractNumId w:val="4"/>
  </w:num>
  <w:num w:numId="5" w16cid:durableId="486290793">
    <w:abstractNumId w:val="7"/>
  </w:num>
  <w:num w:numId="6" w16cid:durableId="633102342">
    <w:abstractNumId w:val="3"/>
  </w:num>
  <w:num w:numId="7" w16cid:durableId="1938513588">
    <w:abstractNumId w:val="2"/>
  </w:num>
  <w:num w:numId="8" w16cid:durableId="259216239">
    <w:abstractNumId w:val="1"/>
  </w:num>
  <w:num w:numId="9" w16cid:durableId="1079134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97931"/>
    <w:rsid w:val="0029639D"/>
    <w:rsid w:val="00326F90"/>
    <w:rsid w:val="007343D3"/>
    <w:rsid w:val="0090518E"/>
    <w:rsid w:val="00AA1D8D"/>
    <w:rsid w:val="00B47730"/>
    <w:rsid w:val="00B74DAF"/>
    <w:rsid w:val="00C90FB3"/>
    <w:rsid w:val="00CB0664"/>
    <w:rsid w:val="00DA2FED"/>
    <w:rsid w:val="00E1692C"/>
    <w:rsid w:val="00E5525D"/>
    <w:rsid w:val="00FC693F"/>
    <w:rsid w:val="00FD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9CE722"/>
  <w14:defaultImageDpi w14:val="300"/>
  <w15:docId w15:val="{AF4622C4-3338-4D3B-94A0-BA5AE6E67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basedOn w:val="Carpredefinitoparagrafo"/>
    <w:uiPriority w:val="99"/>
    <w:unhideWhenUsed/>
    <w:rsid w:val="00DA2FE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A2F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otarychieti1954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UTENTE</cp:lastModifiedBy>
  <cp:revision>3</cp:revision>
  <dcterms:created xsi:type="dcterms:W3CDTF">2026-07-27T11:42:00Z</dcterms:created>
  <dcterms:modified xsi:type="dcterms:W3CDTF">2026-07-29T04:24:00Z</dcterms:modified>
  <cp:category/>
</cp:coreProperties>
</file>